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88CA" w14:textId="45129689" w:rsidR="001E5488" w:rsidRDefault="00000000" w:rsidP="00D909EA">
      <w:pPr>
        <w:spacing w:after="0"/>
        <w:jc w:val="center"/>
        <w:rPr>
          <w:b/>
        </w:rPr>
      </w:pPr>
      <w:r>
        <w:rPr>
          <w:b/>
        </w:rPr>
        <w:t xml:space="preserve">SURAT </w:t>
      </w:r>
      <w:r w:rsidR="00853E74">
        <w:rPr>
          <w:b/>
        </w:rPr>
        <w:t xml:space="preserve">KETERANGAN </w:t>
      </w:r>
      <w:r>
        <w:rPr>
          <w:b/>
        </w:rPr>
        <w:t>MELAKSANAKAN TUGAS</w:t>
      </w:r>
    </w:p>
    <w:p w14:paraId="7D8D6DE5" w14:textId="6DD0F99F" w:rsidR="001E5488" w:rsidRDefault="00853E74" w:rsidP="00D909EA">
      <w:pPr>
        <w:spacing w:after="0"/>
        <w:jc w:val="center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Khusus</w:t>
      </w:r>
      <w:proofErr w:type="spellEnd"/>
      <w:r>
        <w:rPr>
          <w:b/>
        </w:rPr>
        <w:t xml:space="preserve"> Pegawai)</w:t>
      </w:r>
    </w:p>
    <w:p w14:paraId="49D6E046" w14:textId="77777777" w:rsidR="00D909EA" w:rsidRDefault="00D909EA" w:rsidP="00D909EA">
      <w:pPr>
        <w:spacing w:after="0"/>
        <w:jc w:val="center"/>
      </w:pPr>
    </w:p>
    <w:p w14:paraId="4E57FE95" w14:textId="77777777" w:rsidR="001E5488" w:rsidRDefault="00000000" w:rsidP="00D909EA">
      <w:pPr>
        <w:spacing w:after="0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14:paraId="20CE832E" w14:textId="604D3A47" w:rsidR="001E5488" w:rsidRDefault="00000000" w:rsidP="00D909EA">
      <w:pPr>
        <w:tabs>
          <w:tab w:val="left" w:pos="1276"/>
        </w:tabs>
        <w:spacing w:after="0"/>
      </w:pPr>
      <w:r>
        <w:t xml:space="preserve">Nama           </w:t>
      </w:r>
      <w:r w:rsidR="00853E74">
        <w:tab/>
      </w:r>
      <w:r>
        <w:t xml:space="preserve"> : </w:t>
      </w:r>
      <w:r w:rsidRPr="00853E74">
        <w:rPr>
          <w:highlight w:val="yellow"/>
        </w:rPr>
        <w:t>{{NAMA_PENANDATANGAN}}</w:t>
      </w:r>
    </w:p>
    <w:p w14:paraId="2D8B4884" w14:textId="0DC18CDD" w:rsidR="001E5488" w:rsidRDefault="00000000" w:rsidP="00D909EA">
      <w:pPr>
        <w:tabs>
          <w:tab w:val="left" w:pos="1276"/>
        </w:tabs>
        <w:spacing w:after="0"/>
      </w:pPr>
      <w:r>
        <w:t xml:space="preserve">NIP            </w:t>
      </w:r>
      <w:r w:rsidR="00853E74">
        <w:tab/>
      </w:r>
      <w:r>
        <w:t xml:space="preserve"> : </w:t>
      </w:r>
      <w:r w:rsidRPr="00853E74">
        <w:rPr>
          <w:highlight w:val="yellow"/>
        </w:rPr>
        <w:t>{{NIP_PENANDATANGAN}}</w:t>
      </w:r>
    </w:p>
    <w:p w14:paraId="5369AA65" w14:textId="5545B04F" w:rsidR="001E5488" w:rsidRDefault="00000000" w:rsidP="00D909EA">
      <w:pPr>
        <w:tabs>
          <w:tab w:val="left" w:pos="1276"/>
        </w:tabs>
        <w:spacing w:after="0"/>
      </w:pPr>
      <w:proofErr w:type="spellStart"/>
      <w:r>
        <w:t>Jabatan</w:t>
      </w:r>
      <w:proofErr w:type="spellEnd"/>
      <w:r>
        <w:t xml:space="preserve">        </w:t>
      </w:r>
      <w:r w:rsidR="00853E74">
        <w:tab/>
      </w:r>
      <w:r>
        <w:t xml:space="preserve"> : </w:t>
      </w:r>
      <w:r w:rsidRPr="00853E74">
        <w:rPr>
          <w:highlight w:val="yellow"/>
        </w:rPr>
        <w:t>{{JABATAN_PENANDATANGAN}}</w:t>
      </w:r>
    </w:p>
    <w:p w14:paraId="17BAD89C" w14:textId="0846F7A6" w:rsidR="001E5488" w:rsidRDefault="00000000" w:rsidP="00D909EA">
      <w:pPr>
        <w:tabs>
          <w:tab w:val="left" w:pos="1134"/>
        </w:tabs>
        <w:spacing w:after="0"/>
      </w:pPr>
      <w:r>
        <w:t xml:space="preserve">Unit </w:t>
      </w:r>
      <w:proofErr w:type="spellStart"/>
      <w:r>
        <w:t>Kerja</w:t>
      </w:r>
      <w:proofErr w:type="spellEnd"/>
      <w:r>
        <w:t xml:space="preserve"> </w:t>
      </w:r>
      <w:r w:rsidR="00853E74">
        <w:tab/>
        <w:t xml:space="preserve">    </w:t>
      </w:r>
      <w:r>
        <w:t xml:space="preserve">: </w:t>
      </w:r>
      <w:r w:rsidRPr="00853E74">
        <w:rPr>
          <w:highlight w:val="yellow"/>
        </w:rPr>
        <w:t>{{UNIT_KERJA_PENANDATANGAN}}</w:t>
      </w:r>
    </w:p>
    <w:p w14:paraId="76148C12" w14:textId="77777777" w:rsidR="001E5488" w:rsidRDefault="00000000" w:rsidP="00D909EA">
      <w:pPr>
        <w:spacing w:after="0"/>
      </w:pPr>
      <w:r>
        <w:br/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menugaskan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p w14:paraId="0D4E7F9C" w14:textId="43876DD8" w:rsidR="001E5488" w:rsidRDefault="00000000" w:rsidP="00D909EA">
      <w:pPr>
        <w:tabs>
          <w:tab w:val="left" w:pos="1276"/>
        </w:tabs>
        <w:spacing w:after="0"/>
      </w:pPr>
      <w:r>
        <w:t xml:space="preserve">Nama            </w:t>
      </w:r>
      <w:r w:rsidR="00853E74">
        <w:tab/>
      </w:r>
      <w:r>
        <w:t xml:space="preserve">: </w:t>
      </w:r>
      <w:r w:rsidRPr="00853E74">
        <w:rPr>
          <w:highlight w:val="yellow"/>
        </w:rPr>
        <w:t>{{NAMA_PEGAWAI}}</w:t>
      </w:r>
    </w:p>
    <w:p w14:paraId="17823AE6" w14:textId="3D8DC2B2" w:rsidR="001E5488" w:rsidRDefault="00000000" w:rsidP="00D909EA">
      <w:pPr>
        <w:tabs>
          <w:tab w:val="left" w:pos="1276"/>
        </w:tabs>
        <w:spacing w:after="0"/>
      </w:pPr>
      <w:r>
        <w:t xml:space="preserve">NIP             </w:t>
      </w:r>
      <w:r w:rsidR="00853E74">
        <w:tab/>
      </w:r>
      <w:r>
        <w:t xml:space="preserve">: </w:t>
      </w:r>
      <w:r w:rsidRPr="00853E74">
        <w:rPr>
          <w:highlight w:val="yellow"/>
        </w:rPr>
        <w:t>{{NIP_PEGAWAI}}</w:t>
      </w:r>
    </w:p>
    <w:p w14:paraId="7A1A3802" w14:textId="2F9C40AF" w:rsidR="001E5488" w:rsidRDefault="00000000" w:rsidP="00D909EA">
      <w:pPr>
        <w:tabs>
          <w:tab w:val="left" w:pos="1276"/>
        </w:tabs>
        <w:spacing w:after="0"/>
      </w:pPr>
      <w:proofErr w:type="spellStart"/>
      <w:r>
        <w:t>Pangkat</w:t>
      </w:r>
      <w:proofErr w:type="spellEnd"/>
      <w:r>
        <w:t xml:space="preserve">/Gol  : </w:t>
      </w:r>
      <w:r w:rsidRPr="00853E74">
        <w:rPr>
          <w:highlight w:val="yellow"/>
        </w:rPr>
        <w:t>{{PANGKAT_GOLONGAN}}</w:t>
      </w:r>
    </w:p>
    <w:p w14:paraId="5AE3963E" w14:textId="02730E98" w:rsidR="001E5488" w:rsidRDefault="00000000" w:rsidP="00D909EA">
      <w:pPr>
        <w:tabs>
          <w:tab w:val="left" w:pos="1276"/>
        </w:tabs>
        <w:spacing w:after="0"/>
      </w:pPr>
      <w:proofErr w:type="spellStart"/>
      <w:r>
        <w:t>Jabatan</w:t>
      </w:r>
      <w:proofErr w:type="spellEnd"/>
      <w:r>
        <w:t xml:space="preserve">        </w:t>
      </w:r>
      <w:r w:rsidR="00853E74">
        <w:tab/>
      </w:r>
      <w:r>
        <w:t xml:space="preserve"> : </w:t>
      </w:r>
      <w:r w:rsidRPr="00853E74">
        <w:rPr>
          <w:highlight w:val="yellow"/>
        </w:rPr>
        <w:t>{{JABATAN_PEGAWAI}}</w:t>
      </w:r>
    </w:p>
    <w:p w14:paraId="6807A98E" w14:textId="403D3021" w:rsidR="001E5488" w:rsidRDefault="00000000" w:rsidP="00D909EA">
      <w:pPr>
        <w:tabs>
          <w:tab w:val="left" w:pos="1276"/>
        </w:tabs>
        <w:spacing w:after="0"/>
      </w:pPr>
      <w:r>
        <w:t xml:space="preserve">Unit </w:t>
      </w:r>
      <w:proofErr w:type="spellStart"/>
      <w:r>
        <w:t>Kerja</w:t>
      </w:r>
      <w:proofErr w:type="spellEnd"/>
      <w:r>
        <w:t xml:space="preserve">   </w:t>
      </w:r>
      <w:r w:rsidR="00853E74">
        <w:tab/>
      </w:r>
      <w:r>
        <w:t xml:space="preserve"> : </w:t>
      </w:r>
      <w:r w:rsidRPr="00853E74">
        <w:rPr>
          <w:highlight w:val="yellow"/>
        </w:rPr>
        <w:t>{{UNIT_KERJA_PEGAWAI}}</w:t>
      </w:r>
    </w:p>
    <w:p w14:paraId="757C6665" w14:textId="4F3CCAE3" w:rsidR="001E5488" w:rsidRDefault="00000000" w:rsidP="00D909EA">
      <w:pPr>
        <w:spacing w:after="0"/>
      </w:pPr>
      <w:r>
        <w:br/>
      </w:r>
      <w:r w:rsidR="00853E74">
        <w:t xml:space="preserve">Telah </w:t>
      </w:r>
      <w:proofErr w:type="spellStart"/>
      <w:r w:rsidR="00853E74">
        <w:t>bekerja</w:t>
      </w:r>
      <w:proofErr w:type="spellEnd"/>
      <w:r w:rsidR="00853E74">
        <w:t xml:space="preserve"> di </w:t>
      </w:r>
      <w:proofErr w:type="spellStart"/>
      <w:r w:rsidR="00853E74">
        <w:t>institusi</w:t>
      </w:r>
      <w:proofErr w:type="spellEnd"/>
      <w:r w:rsidR="00853E74">
        <w:t xml:space="preserve"> kami </w:t>
      </w:r>
      <w:proofErr w:type="spellStart"/>
      <w:r w:rsidR="00853E74">
        <w:t>selama</w:t>
      </w:r>
      <w:proofErr w:type="spellEnd"/>
      <w:r w:rsidR="00853E74">
        <w:t xml:space="preserve"> </w:t>
      </w:r>
      <w:r w:rsidR="00D909EA" w:rsidRPr="00853E74">
        <w:rPr>
          <w:highlight w:val="yellow"/>
        </w:rPr>
        <w:t>{{</w:t>
      </w:r>
      <w:r w:rsidR="00D909EA">
        <w:rPr>
          <w:highlight w:val="yellow"/>
        </w:rPr>
        <w:t>LAMA_BEKERJA</w:t>
      </w:r>
      <w:r w:rsidR="00D909EA" w:rsidRPr="00853E74">
        <w:rPr>
          <w:highlight w:val="yellow"/>
        </w:rPr>
        <w:t>}}</w:t>
      </w:r>
      <w:r w:rsidR="00853E74">
        <w:t xml:space="preserve">. </w:t>
      </w:r>
      <w:proofErr w:type="spellStart"/>
      <w:r w:rsidR="00853E74">
        <w:t>kemudian</w:t>
      </w:r>
      <w:proofErr w:type="spellEnd"/>
      <w:r w:rsidR="00853E74">
        <w:t xml:space="preserve"> </w:t>
      </w:r>
      <w:proofErr w:type="spellStart"/>
      <w:r w:rsidR="00853E74">
        <w:t>diberikan</w:t>
      </w:r>
      <w:proofErr w:type="spellEnd"/>
      <w:r>
        <w:t xml:space="preserve"> </w:t>
      </w:r>
      <w:proofErr w:type="spellStart"/>
      <w:r w:rsidR="00853E74">
        <w:t>tugas</w:t>
      </w:r>
      <w:proofErr w:type="spellEnd"/>
      <w:r w:rsidR="00853E74">
        <w:t xml:space="preserve"> dan </w:t>
      </w:r>
      <w:proofErr w:type="spellStart"/>
      <w:r w:rsidR="00853E74">
        <w:t>tanggung</w:t>
      </w:r>
      <w:proofErr w:type="spellEnd"/>
      <w:r w:rsidR="00853E74">
        <w:t xml:space="preserve"> </w:t>
      </w:r>
      <w:proofErr w:type="spellStart"/>
      <w:r w:rsidR="00853E74">
        <w:t>jawab</w:t>
      </w:r>
      <w:proofErr w:type="spellEnd"/>
      <w:r w:rsidR="00853E74">
        <w:t xml:space="preserve"> </w:t>
      </w:r>
      <w:proofErr w:type="spellStart"/>
      <w:r w:rsidR="00853E74">
        <w:t>untuk</w:t>
      </w:r>
      <w:proofErr w:type="spellEnd"/>
      <w:r w:rsidR="00853E74">
        <w:t xml:space="preserve"> </w:t>
      </w:r>
      <w:proofErr w:type="spellStart"/>
      <w:r w:rsidR="00853E74">
        <w:t>mengikuti</w:t>
      </w:r>
      <w:proofErr w:type="spellEnd"/>
      <w:r w:rsidR="00853E74">
        <w:t xml:space="preserve"> Pendidikan di </w:t>
      </w:r>
      <w:proofErr w:type="spellStart"/>
      <w:r w:rsidR="00853E74">
        <w:t>Poltekkes</w:t>
      </w:r>
      <w:proofErr w:type="spellEnd"/>
      <w:r w:rsidR="00853E74">
        <w:t xml:space="preserve"> </w:t>
      </w:r>
      <w:proofErr w:type="spellStart"/>
      <w:r w:rsidR="00853E74">
        <w:t>Kemenkes</w:t>
      </w:r>
      <w:proofErr w:type="spellEnd"/>
      <w:r w:rsidR="00853E74">
        <w:t xml:space="preserve"> Kalimantan Timur </w:t>
      </w:r>
      <w:r w:rsidR="00D909EA">
        <w:t xml:space="preserve">pada program </w:t>
      </w:r>
      <w:proofErr w:type="spellStart"/>
      <w:r w:rsidR="00D909EA">
        <w:t>studi</w:t>
      </w:r>
      <w:proofErr w:type="spellEnd"/>
      <w:r w:rsidR="00D909EA">
        <w:t xml:space="preserve"> </w:t>
      </w:r>
      <w:r w:rsidR="00D909EA" w:rsidRPr="004A424F">
        <w:rPr>
          <w:highlight w:val="yellow"/>
        </w:rPr>
        <w:t>{{</w:t>
      </w:r>
      <w:r w:rsidR="00D909EA">
        <w:rPr>
          <w:highlight w:val="yellow"/>
        </w:rPr>
        <w:t>PROGRAM_STUDI</w:t>
      </w:r>
      <w:r w:rsidR="00D909EA" w:rsidRPr="004A424F">
        <w:rPr>
          <w:highlight w:val="yellow"/>
        </w:rPr>
        <w:t>}}</w:t>
      </w:r>
      <w:r w:rsidR="00D909EA">
        <w:t xml:space="preserve"> </w:t>
      </w:r>
      <w:proofErr w:type="spellStart"/>
      <w:r w:rsidR="00853E74">
        <w:t>mulai</w:t>
      </w:r>
      <w:proofErr w:type="spellEnd"/>
      <w:r w:rsidR="00853E74">
        <w:t xml:space="preserve"> </w:t>
      </w:r>
      <w:proofErr w:type="spellStart"/>
      <w:r w:rsidR="00853E74">
        <w:t>tahun</w:t>
      </w:r>
      <w:proofErr w:type="spellEnd"/>
      <w:r w:rsidR="00853E74">
        <w:t xml:space="preserve"> </w:t>
      </w:r>
      <w:proofErr w:type="spellStart"/>
      <w:r w:rsidR="00853E74">
        <w:t>ajaran</w:t>
      </w:r>
      <w:proofErr w:type="spellEnd"/>
      <w:r w:rsidR="00853E74">
        <w:t xml:space="preserve"> </w:t>
      </w:r>
      <w:r w:rsidR="00D909EA" w:rsidRPr="004A424F">
        <w:rPr>
          <w:highlight w:val="yellow"/>
        </w:rPr>
        <w:t>{{</w:t>
      </w:r>
      <w:r w:rsidR="00D909EA">
        <w:rPr>
          <w:highlight w:val="yellow"/>
        </w:rPr>
        <w:t>TAHUN</w:t>
      </w:r>
      <w:r w:rsidR="00D909EA">
        <w:rPr>
          <w:highlight w:val="yellow"/>
        </w:rPr>
        <w:t>_</w:t>
      </w:r>
      <w:r w:rsidR="00D909EA">
        <w:rPr>
          <w:highlight w:val="yellow"/>
        </w:rPr>
        <w:t>AJARAN</w:t>
      </w:r>
      <w:r w:rsidR="00D909EA" w:rsidRPr="004A424F">
        <w:rPr>
          <w:highlight w:val="yellow"/>
        </w:rPr>
        <w:t>}}</w:t>
      </w:r>
      <w:r w:rsidR="00D909EA">
        <w:t>.</w:t>
      </w:r>
    </w:p>
    <w:p w14:paraId="407122E2" w14:textId="77777777" w:rsidR="001E5488" w:rsidRDefault="00000000" w:rsidP="00D909EA">
      <w:pPr>
        <w:spacing w:after="0"/>
      </w:pPr>
      <w:r>
        <w:br/>
      </w: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4F540B0C" w14:textId="77777777" w:rsidR="001E5488" w:rsidRPr="00853E74" w:rsidRDefault="00000000" w:rsidP="00D909EA">
      <w:pPr>
        <w:spacing w:after="0"/>
        <w:ind w:left="3828"/>
        <w:rPr>
          <w:highlight w:val="yellow"/>
        </w:rPr>
      </w:pPr>
      <w:r>
        <w:br/>
      </w:r>
      <w:r>
        <w:br/>
      </w:r>
      <w:r w:rsidRPr="00853E74">
        <w:rPr>
          <w:highlight w:val="yellow"/>
        </w:rPr>
        <w:t>{{TEMPAT_DITERBITKAN}}, {{TANGGAL_SURAT}}</w:t>
      </w:r>
    </w:p>
    <w:p w14:paraId="6638A81E" w14:textId="77777777" w:rsidR="001E5488" w:rsidRDefault="00000000" w:rsidP="00D909EA">
      <w:pPr>
        <w:spacing w:after="0"/>
        <w:ind w:left="3828"/>
      </w:pPr>
      <w:r w:rsidRPr="00853E74">
        <w:rPr>
          <w:highlight w:val="yellow"/>
        </w:rPr>
        <w:t>{{JABATAN_PENANDATANGAN}}</w:t>
      </w:r>
    </w:p>
    <w:p w14:paraId="26968228" w14:textId="7B93ABBC" w:rsidR="001E5488" w:rsidRPr="00853E74" w:rsidRDefault="00000000" w:rsidP="00D909EA">
      <w:pPr>
        <w:spacing w:after="0"/>
        <w:ind w:left="3828"/>
        <w:rPr>
          <w:highlight w:val="yellow"/>
        </w:rPr>
      </w:pPr>
      <w:r>
        <w:br/>
      </w:r>
      <w:r w:rsidR="00D909EA">
        <w:t>(</w:t>
      </w:r>
      <w:proofErr w:type="spellStart"/>
      <w:r w:rsidR="00D909EA">
        <w:t>ttd</w:t>
      </w:r>
      <w:proofErr w:type="spellEnd"/>
      <w:r w:rsidR="00016624">
        <w:t xml:space="preserve"> &amp; </w:t>
      </w:r>
      <w:proofErr w:type="spellStart"/>
      <w:r w:rsidR="00D909EA">
        <w:t>s</w:t>
      </w:r>
      <w:r w:rsidR="00016624">
        <w:t>tempel</w:t>
      </w:r>
      <w:proofErr w:type="spellEnd"/>
      <w:r w:rsidR="00D909EA">
        <w:t>)</w:t>
      </w:r>
      <w:r>
        <w:br/>
      </w:r>
      <w:r>
        <w:br/>
      </w:r>
      <w:r w:rsidRPr="00853E74">
        <w:rPr>
          <w:highlight w:val="yellow"/>
        </w:rPr>
        <w:t>{{NAMA_PENANDATANGAN}}</w:t>
      </w:r>
    </w:p>
    <w:p w14:paraId="770C0AA6" w14:textId="77777777" w:rsidR="001E5488" w:rsidRDefault="00000000" w:rsidP="00D909EA">
      <w:pPr>
        <w:spacing w:after="0"/>
        <w:ind w:left="3828"/>
      </w:pPr>
      <w:r w:rsidRPr="00D909EA">
        <w:t xml:space="preserve">NIP. </w:t>
      </w:r>
      <w:r w:rsidRPr="00D909EA">
        <w:rPr>
          <w:highlight w:val="yellow"/>
        </w:rPr>
        <w:t>{{NIP_PENANDATANGAN}}</w:t>
      </w:r>
    </w:p>
    <w:sectPr w:rsidR="001E548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9F3CC" w14:textId="77777777" w:rsidR="00365C66" w:rsidRDefault="00365C66" w:rsidP="00853E74">
      <w:pPr>
        <w:spacing w:after="0" w:line="240" w:lineRule="auto"/>
      </w:pPr>
      <w:r>
        <w:separator/>
      </w:r>
    </w:p>
  </w:endnote>
  <w:endnote w:type="continuationSeparator" w:id="0">
    <w:p w14:paraId="39BADEA7" w14:textId="77777777" w:rsidR="00365C66" w:rsidRDefault="00365C66" w:rsidP="00853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87E5" w14:textId="77777777" w:rsidR="00365C66" w:rsidRDefault="00365C66" w:rsidP="00853E74">
      <w:pPr>
        <w:spacing w:after="0" w:line="240" w:lineRule="auto"/>
      </w:pPr>
      <w:r>
        <w:separator/>
      </w:r>
    </w:p>
  </w:footnote>
  <w:footnote w:type="continuationSeparator" w:id="0">
    <w:p w14:paraId="21E750EC" w14:textId="77777777" w:rsidR="00365C66" w:rsidRDefault="00365C66" w:rsidP="00853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7A18" w14:textId="209B74BC" w:rsidR="00853E74" w:rsidRDefault="00853E74">
    <w:pPr>
      <w:pStyle w:val="Header"/>
    </w:pPr>
    <w:r>
      <w:t xml:space="preserve">Kop Surat </w:t>
    </w:r>
    <w:proofErr w:type="spellStart"/>
    <w:r>
      <w:t>Instansi</w:t>
    </w:r>
    <w:proofErr w:type="spellEnd"/>
    <w:r>
      <w:t xml:space="preserve"> Masing-Masing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3975297">
    <w:abstractNumId w:val="8"/>
  </w:num>
  <w:num w:numId="2" w16cid:durableId="1082026784">
    <w:abstractNumId w:val="6"/>
  </w:num>
  <w:num w:numId="3" w16cid:durableId="432214787">
    <w:abstractNumId w:val="5"/>
  </w:num>
  <w:num w:numId="4" w16cid:durableId="1354769994">
    <w:abstractNumId w:val="4"/>
  </w:num>
  <w:num w:numId="5" w16cid:durableId="1714575108">
    <w:abstractNumId w:val="7"/>
  </w:num>
  <w:num w:numId="6" w16cid:durableId="2041318977">
    <w:abstractNumId w:val="3"/>
  </w:num>
  <w:num w:numId="7" w16cid:durableId="1859731819">
    <w:abstractNumId w:val="2"/>
  </w:num>
  <w:num w:numId="8" w16cid:durableId="1584876618">
    <w:abstractNumId w:val="1"/>
  </w:num>
  <w:num w:numId="9" w16cid:durableId="134080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624"/>
    <w:rsid w:val="00034616"/>
    <w:rsid w:val="0006063C"/>
    <w:rsid w:val="0015074B"/>
    <w:rsid w:val="001E5488"/>
    <w:rsid w:val="0029639D"/>
    <w:rsid w:val="00326F90"/>
    <w:rsid w:val="00365C66"/>
    <w:rsid w:val="00853E74"/>
    <w:rsid w:val="00AA1D8D"/>
    <w:rsid w:val="00B070E3"/>
    <w:rsid w:val="00B47730"/>
    <w:rsid w:val="00BF41D8"/>
    <w:rsid w:val="00CB0664"/>
    <w:rsid w:val="00D909EA"/>
    <w:rsid w:val="00FC693F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34A24"/>
  <w14:defaultImageDpi w14:val="300"/>
  <w15:docId w15:val="{931B7F1E-D1E4-47AF-B2FE-4CF22E45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MyPC PRO</cp:lastModifiedBy>
  <cp:revision>4</cp:revision>
  <dcterms:created xsi:type="dcterms:W3CDTF">2013-12-23T23:15:00Z</dcterms:created>
  <dcterms:modified xsi:type="dcterms:W3CDTF">2026-02-19T05:29:00Z</dcterms:modified>
  <cp:category/>
</cp:coreProperties>
</file>