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902A6" w14:textId="77777777" w:rsidR="009C7CFA" w:rsidRDefault="00000000" w:rsidP="004A424F">
      <w:pPr>
        <w:spacing w:after="0"/>
        <w:jc w:val="center"/>
        <w:rPr>
          <w:b/>
        </w:rPr>
      </w:pPr>
      <w:r>
        <w:rPr>
          <w:b/>
        </w:rPr>
        <w:t>SURAT PERNYATAAN</w:t>
      </w:r>
    </w:p>
    <w:p w14:paraId="6CA34806" w14:textId="23E7BFA2" w:rsidR="004A424F" w:rsidRDefault="004A424F" w:rsidP="004A424F">
      <w:pPr>
        <w:spacing w:after="0"/>
        <w:jc w:val="center"/>
      </w:pPr>
      <w:r>
        <w:rPr>
          <w:b/>
        </w:rPr>
        <w:t>BERSEDIA MENANGGUNG BIAYA PENDIDIKAN</w:t>
      </w:r>
    </w:p>
    <w:p w14:paraId="2CEAFDF1" w14:textId="77777777" w:rsidR="008344E3" w:rsidRDefault="008344E3" w:rsidP="00CA2A63">
      <w:pPr>
        <w:spacing w:after="0"/>
      </w:pPr>
    </w:p>
    <w:p w14:paraId="6D37C574" w14:textId="55154AFF" w:rsidR="009C7CFA" w:rsidRDefault="00000000" w:rsidP="00CA2A63">
      <w:pPr>
        <w:spacing w:after="0"/>
      </w:pPr>
      <w:r>
        <w:t>Yang bertanda tangan di bawah ini:</w:t>
      </w:r>
    </w:p>
    <w:p w14:paraId="0F9ED3A7" w14:textId="5B43A2C2" w:rsidR="009C7CFA" w:rsidRDefault="00000000" w:rsidP="00CA2A63">
      <w:pPr>
        <w:spacing w:after="0"/>
      </w:pPr>
      <w:r>
        <w:t xml:space="preserve">Nama                </w:t>
      </w:r>
      <w:r w:rsidR="004A424F">
        <w:tab/>
      </w:r>
      <w:r w:rsidR="004A424F">
        <w:tab/>
      </w:r>
      <w:r>
        <w:t xml:space="preserve">: </w:t>
      </w:r>
      <w:r w:rsidRPr="004A424F">
        <w:rPr>
          <w:highlight w:val="yellow"/>
        </w:rPr>
        <w:t>{{NAMA_LENGKAP}}</w:t>
      </w:r>
    </w:p>
    <w:p w14:paraId="5B2A5F58" w14:textId="206981E8" w:rsidR="009C7CFA" w:rsidRDefault="00000000" w:rsidP="00CA2A63">
      <w:pPr>
        <w:spacing w:after="0"/>
      </w:pPr>
      <w:r>
        <w:t xml:space="preserve">NIK                </w:t>
      </w:r>
      <w:r w:rsidR="004A424F">
        <w:tab/>
      </w:r>
      <w:r w:rsidR="004A424F">
        <w:tab/>
      </w:r>
      <w:r>
        <w:t xml:space="preserve">: </w:t>
      </w:r>
      <w:r w:rsidRPr="004A424F">
        <w:rPr>
          <w:highlight w:val="yellow"/>
        </w:rPr>
        <w:t>{{NIK}}</w:t>
      </w:r>
    </w:p>
    <w:p w14:paraId="200826EA" w14:textId="7CC577E1" w:rsidR="004A424F" w:rsidRDefault="004A424F" w:rsidP="00CA2A63">
      <w:pPr>
        <w:spacing w:after="0"/>
      </w:pPr>
      <w:r>
        <w:t>Jabatan</w:t>
      </w:r>
      <w:r>
        <w:tab/>
      </w:r>
      <w:r>
        <w:tab/>
      </w:r>
      <w:r>
        <w:tab/>
        <w:t xml:space="preserve">: </w:t>
      </w:r>
      <w:r w:rsidRPr="004A424F">
        <w:rPr>
          <w:highlight w:val="yellow"/>
        </w:rPr>
        <w:t>{{</w:t>
      </w:r>
      <w:r>
        <w:rPr>
          <w:highlight w:val="yellow"/>
        </w:rPr>
        <w:t>JABATAN</w:t>
      </w:r>
      <w:r w:rsidRPr="004A424F">
        <w:rPr>
          <w:highlight w:val="yellow"/>
        </w:rPr>
        <w:t>}}</w:t>
      </w:r>
    </w:p>
    <w:p w14:paraId="4E5C4F24" w14:textId="3BAC0EFA" w:rsidR="004A424F" w:rsidRDefault="004A424F" w:rsidP="00CA2A63">
      <w:pPr>
        <w:spacing w:after="0"/>
      </w:pPr>
      <w:r>
        <w:t>Unit Kerja</w:t>
      </w:r>
      <w:r>
        <w:tab/>
      </w:r>
      <w:r>
        <w:tab/>
        <w:t xml:space="preserve">: </w:t>
      </w:r>
      <w:r w:rsidRPr="004A424F">
        <w:rPr>
          <w:highlight w:val="yellow"/>
        </w:rPr>
        <w:t xml:space="preserve"> {</w:t>
      </w:r>
      <w:r>
        <w:rPr>
          <w:highlight w:val="yellow"/>
        </w:rPr>
        <w:t>UNIT KERJA</w:t>
      </w:r>
      <w:r w:rsidRPr="004A424F">
        <w:rPr>
          <w:highlight w:val="yellow"/>
        </w:rPr>
        <w:t>}}</w:t>
      </w:r>
    </w:p>
    <w:p w14:paraId="03989D39" w14:textId="4CC7E243" w:rsidR="009C7CFA" w:rsidRDefault="00000000" w:rsidP="00CA2A63">
      <w:pPr>
        <w:spacing w:after="0"/>
      </w:pPr>
      <w:r>
        <w:t xml:space="preserve">Tempat/Tgl Lahir    </w:t>
      </w:r>
      <w:r w:rsidR="004A424F">
        <w:tab/>
      </w:r>
      <w:r>
        <w:t xml:space="preserve">: </w:t>
      </w:r>
      <w:r w:rsidRPr="004A424F">
        <w:rPr>
          <w:highlight w:val="yellow"/>
        </w:rPr>
        <w:t>{{TEMPAT_TGL_LAHIR}}</w:t>
      </w:r>
    </w:p>
    <w:p w14:paraId="10D4368D" w14:textId="2B4012DC" w:rsidR="009C7CFA" w:rsidRDefault="00000000" w:rsidP="00CA2A63">
      <w:pPr>
        <w:spacing w:after="0"/>
      </w:pPr>
      <w:r>
        <w:t xml:space="preserve">Pekerjaan           </w:t>
      </w:r>
      <w:r w:rsidR="004A424F">
        <w:tab/>
      </w:r>
      <w:r>
        <w:t xml:space="preserve">: </w:t>
      </w:r>
      <w:r w:rsidRPr="004A424F">
        <w:rPr>
          <w:highlight w:val="yellow"/>
        </w:rPr>
        <w:t>{{PEKERJAAN}}</w:t>
      </w:r>
    </w:p>
    <w:p w14:paraId="383D8475" w14:textId="77F73ED0" w:rsidR="009C7CFA" w:rsidRDefault="00000000" w:rsidP="00CA2A63">
      <w:pPr>
        <w:spacing w:after="0"/>
      </w:pPr>
      <w:r>
        <w:t xml:space="preserve">Alamat              </w:t>
      </w:r>
      <w:r w:rsidR="004A424F">
        <w:tab/>
      </w:r>
      <w:r w:rsidR="004A424F">
        <w:tab/>
      </w:r>
      <w:r>
        <w:t xml:space="preserve">: </w:t>
      </w:r>
      <w:r w:rsidRPr="004A424F">
        <w:rPr>
          <w:highlight w:val="yellow"/>
        </w:rPr>
        <w:t>{{ALAMAT_LENGKAP}}</w:t>
      </w:r>
    </w:p>
    <w:p w14:paraId="28D07DA0" w14:textId="261D1835" w:rsidR="004A424F" w:rsidRDefault="00000000" w:rsidP="00CA2A63">
      <w:pPr>
        <w:spacing w:after="0"/>
      </w:pPr>
      <w:r>
        <w:br/>
        <w:t>Dengan ini menyatakan</w:t>
      </w:r>
      <w:r w:rsidR="004A424F">
        <w:t xml:space="preserve"> bahwa saya:</w:t>
      </w:r>
      <w:r>
        <w:t xml:space="preserve"> </w:t>
      </w:r>
    </w:p>
    <w:p w14:paraId="02AE1C6B" w14:textId="12057357" w:rsidR="004A424F" w:rsidRDefault="004A424F" w:rsidP="00CA2A63">
      <w:pPr>
        <w:pStyle w:val="ListParagraph"/>
        <w:numPr>
          <w:ilvl w:val="0"/>
          <w:numId w:val="10"/>
        </w:numPr>
        <w:spacing w:after="0"/>
      </w:pPr>
      <w:r>
        <w:t>Bersedia menanggung seluruh biaya</w:t>
      </w:r>
      <w:r w:rsidR="003F61C5">
        <w:t xml:space="preserve"> </w:t>
      </w:r>
      <w:r>
        <w:t>selama mengikuti Pendidikan di Poltekkes Kemenkes Kalimantan Timur (termasuk biaya transportasi kedatangan dan kepulangan)</w:t>
      </w:r>
    </w:p>
    <w:p w14:paraId="20C53DA3" w14:textId="737790A2" w:rsidR="004A424F" w:rsidRDefault="004A424F" w:rsidP="00CA2A63">
      <w:pPr>
        <w:pStyle w:val="ListParagraph"/>
        <w:numPr>
          <w:ilvl w:val="0"/>
          <w:numId w:val="10"/>
        </w:numPr>
        <w:spacing w:after="0"/>
      </w:pPr>
      <w:r>
        <w:t>Tidak menuntut pergantian biaya yang dikeluarkan dalam hubungannya dengan seluruh kegiatan Pendidikan.</w:t>
      </w:r>
    </w:p>
    <w:p w14:paraId="44399055" w14:textId="2637EE99" w:rsidR="009C7CFA" w:rsidRDefault="00000000" w:rsidP="00CA2A63">
      <w:pPr>
        <w:spacing w:after="0"/>
      </w:pPr>
      <w:r>
        <w:t>Demikian surat pernyataan ini dibuat dengan sebenarnya dan penuh tanggung jawab untuk dapat dipergunakan sebagaimana mestinya.</w:t>
      </w:r>
    </w:p>
    <w:p w14:paraId="6F62EA03" w14:textId="2120F248" w:rsidR="009C7CFA" w:rsidRDefault="00000000" w:rsidP="00CA2A63">
      <w:pPr>
        <w:spacing w:after="0"/>
      </w:pPr>
      <w:r>
        <w:br/>
      </w:r>
      <w:r>
        <w:br/>
      </w:r>
      <w:r w:rsidR="004A424F">
        <w:tab/>
      </w:r>
      <w:r w:rsidR="004A424F">
        <w:tab/>
      </w:r>
      <w:r w:rsidR="004A424F">
        <w:tab/>
      </w:r>
      <w:r w:rsidR="004A424F">
        <w:tab/>
      </w:r>
      <w:r w:rsidR="004A424F">
        <w:tab/>
      </w:r>
      <w:r w:rsidR="004A424F">
        <w:tab/>
      </w:r>
      <w:r w:rsidR="004A424F">
        <w:tab/>
      </w:r>
      <w:r w:rsidR="004A424F" w:rsidRPr="004A424F">
        <w:rPr>
          <w:highlight w:val="yellow"/>
        </w:rPr>
        <w:t>{{KOTA}}, {{TANGGAL_SURAT}}</w:t>
      </w:r>
      <w:r w:rsidR="004A424F">
        <w:tab/>
      </w:r>
    </w:p>
    <w:p w14:paraId="53D7278C" w14:textId="6B468999" w:rsidR="004A424F" w:rsidRDefault="004A424F" w:rsidP="00CA2A63">
      <w:pPr>
        <w:spacing w:after="0"/>
      </w:pPr>
      <w:r>
        <w:t>Mengetahui Pimpinan Unit Kerja,</w:t>
      </w:r>
      <w:r>
        <w:tab/>
      </w:r>
      <w:r>
        <w:tab/>
      </w:r>
      <w:r>
        <w:tab/>
        <w:t>Yang membuat pernyataan,</w:t>
      </w:r>
    </w:p>
    <w:p w14:paraId="7E33BEAE" w14:textId="5CA4EB19" w:rsidR="009C7CFA" w:rsidRDefault="00000000" w:rsidP="00CA2A63">
      <w:pPr>
        <w:spacing w:after="0"/>
      </w:pPr>
      <w:r>
        <w:br/>
      </w:r>
      <w:r>
        <w:br/>
      </w:r>
      <w:r>
        <w:br/>
      </w:r>
      <w:r w:rsidRPr="004A424F">
        <w:rPr>
          <w:highlight w:val="yellow"/>
        </w:rPr>
        <w:t>{{NAMA_LENGKAP}}</w:t>
      </w:r>
      <w:r w:rsidR="004A424F">
        <w:tab/>
      </w:r>
      <w:r w:rsidR="004A424F">
        <w:tab/>
      </w:r>
      <w:r w:rsidR="004A424F">
        <w:tab/>
      </w:r>
      <w:r w:rsidR="004A424F">
        <w:tab/>
      </w:r>
      <w:r w:rsidR="004A424F">
        <w:tab/>
      </w:r>
      <w:r w:rsidR="004A424F" w:rsidRPr="004A424F">
        <w:rPr>
          <w:highlight w:val="yellow"/>
        </w:rPr>
        <w:t>{{NAMA_LENGKAP}}</w:t>
      </w:r>
    </w:p>
    <w:sectPr w:rsidR="009C7CFA" w:rsidSect="004A424F">
      <w:headerReference w:type="default" r:id="rId8"/>
      <w:pgSz w:w="12240" w:h="15840"/>
      <w:pgMar w:top="241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76AFE" w14:textId="77777777" w:rsidR="00850A70" w:rsidRDefault="00850A70" w:rsidP="004A424F">
      <w:pPr>
        <w:spacing w:after="0" w:line="240" w:lineRule="auto"/>
      </w:pPr>
      <w:r>
        <w:separator/>
      </w:r>
    </w:p>
  </w:endnote>
  <w:endnote w:type="continuationSeparator" w:id="0">
    <w:p w14:paraId="6DEAF42E" w14:textId="77777777" w:rsidR="00850A70" w:rsidRDefault="00850A70" w:rsidP="004A42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FF68C3" w14:textId="77777777" w:rsidR="00850A70" w:rsidRDefault="00850A70" w:rsidP="004A424F">
      <w:pPr>
        <w:spacing w:after="0" w:line="240" w:lineRule="auto"/>
      </w:pPr>
      <w:r>
        <w:separator/>
      </w:r>
    </w:p>
  </w:footnote>
  <w:footnote w:type="continuationSeparator" w:id="0">
    <w:p w14:paraId="468F435F" w14:textId="77777777" w:rsidR="00850A70" w:rsidRDefault="00850A70" w:rsidP="004A42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2105D" w14:textId="245E768E" w:rsidR="004A424F" w:rsidRDefault="004A424F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6F6F875" wp14:editId="42F4AE71">
          <wp:simplePos x="0" y="0"/>
          <wp:positionH relativeFrom="page">
            <wp:posOffset>438150</wp:posOffset>
          </wp:positionH>
          <wp:positionV relativeFrom="paragraph">
            <wp:posOffset>-723900</wp:posOffset>
          </wp:positionV>
          <wp:extent cx="6886575" cy="2051685"/>
          <wp:effectExtent l="0" t="0" r="0" b="0"/>
          <wp:wrapNone/>
          <wp:docPr id="1701594851" name="Picture 17015948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1362" b="81328"/>
                  <a:stretch/>
                </pic:blipFill>
                <pic:spPr bwMode="auto">
                  <a:xfrm>
                    <a:off x="0" y="0"/>
                    <a:ext cx="6886575" cy="20516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18747E8"/>
    <w:multiLevelType w:val="hybridMultilevel"/>
    <w:tmpl w:val="C67E8A94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5721231">
    <w:abstractNumId w:val="8"/>
  </w:num>
  <w:num w:numId="2" w16cid:durableId="742682773">
    <w:abstractNumId w:val="6"/>
  </w:num>
  <w:num w:numId="3" w16cid:durableId="128011098">
    <w:abstractNumId w:val="5"/>
  </w:num>
  <w:num w:numId="4" w16cid:durableId="1111319191">
    <w:abstractNumId w:val="4"/>
  </w:num>
  <w:num w:numId="5" w16cid:durableId="1539663765">
    <w:abstractNumId w:val="7"/>
  </w:num>
  <w:num w:numId="6" w16cid:durableId="2083791677">
    <w:abstractNumId w:val="3"/>
  </w:num>
  <w:num w:numId="7" w16cid:durableId="336226517">
    <w:abstractNumId w:val="2"/>
  </w:num>
  <w:num w:numId="8" w16cid:durableId="2107922761">
    <w:abstractNumId w:val="1"/>
  </w:num>
  <w:num w:numId="9" w16cid:durableId="1073623918">
    <w:abstractNumId w:val="0"/>
  </w:num>
  <w:num w:numId="10" w16cid:durableId="202894729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65A8"/>
    <w:rsid w:val="00034616"/>
    <w:rsid w:val="0006063C"/>
    <w:rsid w:val="0015074B"/>
    <w:rsid w:val="0029639D"/>
    <w:rsid w:val="00326F90"/>
    <w:rsid w:val="003F61C5"/>
    <w:rsid w:val="004A424F"/>
    <w:rsid w:val="008344E3"/>
    <w:rsid w:val="00850A70"/>
    <w:rsid w:val="009C7CFA"/>
    <w:rsid w:val="00AA1D8D"/>
    <w:rsid w:val="00B47730"/>
    <w:rsid w:val="00CA2A63"/>
    <w:rsid w:val="00CB0664"/>
    <w:rsid w:val="00FC693F"/>
    <w:rsid w:val="00FF6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E89987"/>
  <w14:defaultImageDpi w14:val="300"/>
  <w15:docId w15:val="{D37374FE-4799-43D8-8F4B-1DBC3FEF3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MyPC PRO</cp:lastModifiedBy>
  <cp:revision>5</cp:revision>
  <dcterms:created xsi:type="dcterms:W3CDTF">2013-12-23T23:15:00Z</dcterms:created>
  <dcterms:modified xsi:type="dcterms:W3CDTF">2026-02-19T05:30:00Z</dcterms:modified>
  <cp:category/>
</cp:coreProperties>
</file>