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4E66" w14:textId="77777777" w:rsidR="00744436" w:rsidRDefault="00000000" w:rsidP="001D0158">
      <w:pPr>
        <w:spacing w:after="0"/>
        <w:jc w:val="center"/>
        <w:rPr>
          <w:b/>
        </w:rPr>
      </w:pPr>
      <w:r>
        <w:rPr>
          <w:b/>
        </w:rPr>
        <w:t>SURAT PERNYATAAN</w:t>
      </w:r>
    </w:p>
    <w:p w14:paraId="6D42DD3A" w14:textId="7E2AD174" w:rsidR="001D0158" w:rsidRDefault="001D0158" w:rsidP="001D0158">
      <w:pPr>
        <w:spacing w:after="0"/>
        <w:jc w:val="center"/>
      </w:pPr>
      <w:r>
        <w:rPr>
          <w:b/>
        </w:rPr>
        <w:t>BERSEDIA MEMATUHI PERATURAN PENDIDIKAN</w:t>
      </w:r>
    </w:p>
    <w:p w14:paraId="20857FA4" w14:textId="77777777" w:rsidR="00744436" w:rsidRDefault="00744436"/>
    <w:p w14:paraId="3C7E7ABA" w14:textId="77777777" w:rsidR="00744436" w:rsidRDefault="00000000" w:rsidP="00EB6434">
      <w:pPr>
        <w:spacing w:after="0"/>
      </w:pPr>
      <w:r>
        <w:t>Yang bertanda tangan di bawah ini:</w:t>
      </w:r>
    </w:p>
    <w:p w14:paraId="5B36FFFB" w14:textId="43BAE06C" w:rsidR="00744436" w:rsidRDefault="00000000" w:rsidP="00EB6434">
      <w:pPr>
        <w:spacing w:after="0"/>
      </w:pPr>
      <w:r>
        <w:t xml:space="preserve">Nama               </w:t>
      </w:r>
      <w:r w:rsidR="001D0158">
        <w:tab/>
      </w:r>
      <w:r w:rsidR="001D0158">
        <w:tab/>
      </w:r>
      <w:r>
        <w:t xml:space="preserve">: </w:t>
      </w:r>
      <w:r w:rsidRPr="001D0158">
        <w:rPr>
          <w:highlight w:val="yellow"/>
        </w:rPr>
        <w:t>{{NAMA_LENGKAP}}</w:t>
      </w:r>
    </w:p>
    <w:p w14:paraId="68073093" w14:textId="2D0F9B15" w:rsidR="00744436" w:rsidRDefault="001D0158" w:rsidP="00EB6434">
      <w:pPr>
        <w:spacing w:after="0"/>
      </w:pPr>
      <w:r>
        <w:t xml:space="preserve">NIK/NIP             </w:t>
      </w:r>
      <w:r>
        <w:tab/>
        <w:t xml:space="preserve">: </w:t>
      </w:r>
      <w:r w:rsidRPr="001D0158">
        <w:rPr>
          <w:highlight w:val="yellow"/>
        </w:rPr>
        <w:t>{{NIK_NIP}}</w:t>
      </w:r>
    </w:p>
    <w:p w14:paraId="6B95DADB" w14:textId="77777777" w:rsidR="001D0158" w:rsidRDefault="001D0158" w:rsidP="00EB6434">
      <w:pPr>
        <w:spacing w:after="0"/>
      </w:pPr>
      <w:proofErr w:type="spellStart"/>
      <w:r>
        <w:t>Tempat</w:t>
      </w:r>
      <w:proofErr w:type="spellEnd"/>
      <w:r>
        <w:t>/</w:t>
      </w:r>
      <w:proofErr w:type="spellStart"/>
      <w:r>
        <w:t>Tgl</w:t>
      </w:r>
      <w:proofErr w:type="spellEnd"/>
      <w:r>
        <w:t xml:space="preserve"> Lahir    </w:t>
      </w:r>
      <w:r>
        <w:tab/>
        <w:t xml:space="preserve">: </w:t>
      </w:r>
      <w:r w:rsidRPr="004A424F">
        <w:rPr>
          <w:highlight w:val="yellow"/>
        </w:rPr>
        <w:t>{{TEMPAT_TGL_LAHIR}}</w:t>
      </w:r>
    </w:p>
    <w:p w14:paraId="76DF62EC" w14:textId="71B2EBFC" w:rsidR="00744436" w:rsidRDefault="00000000" w:rsidP="00EB6434">
      <w:pPr>
        <w:spacing w:after="0"/>
      </w:pPr>
      <w:r>
        <w:t xml:space="preserve">Program Studi       </w:t>
      </w:r>
      <w:r w:rsidR="001D0158">
        <w:tab/>
      </w:r>
      <w:r>
        <w:t xml:space="preserve">: </w:t>
      </w:r>
      <w:r w:rsidRPr="001D0158">
        <w:rPr>
          <w:highlight w:val="yellow"/>
        </w:rPr>
        <w:t>{{PROGRAM_STUDI}}</w:t>
      </w:r>
    </w:p>
    <w:p w14:paraId="0651BAE7" w14:textId="0614F1B8" w:rsidR="00744436" w:rsidRDefault="00000000" w:rsidP="00EB6434">
      <w:pPr>
        <w:spacing w:after="0"/>
      </w:pPr>
      <w:proofErr w:type="spellStart"/>
      <w:r>
        <w:t>Perguruan</w:t>
      </w:r>
      <w:proofErr w:type="spellEnd"/>
      <w:r>
        <w:t xml:space="preserve"> Tinggi   </w:t>
      </w:r>
      <w:r w:rsidR="001D0158">
        <w:tab/>
      </w:r>
      <w:r>
        <w:t xml:space="preserve">: </w:t>
      </w:r>
      <w:r w:rsidRPr="001D0158">
        <w:rPr>
          <w:highlight w:val="yellow"/>
        </w:rPr>
        <w:t>{{PERGURUAN_TINGGI}}</w:t>
      </w:r>
    </w:p>
    <w:p w14:paraId="087BF17C" w14:textId="138C29DB" w:rsidR="00744436" w:rsidRDefault="00000000" w:rsidP="00EB6434">
      <w:pPr>
        <w:spacing w:after="0"/>
      </w:pPr>
      <w:r>
        <w:t xml:space="preserve">Alamat              </w:t>
      </w:r>
      <w:r w:rsidR="001D0158">
        <w:tab/>
      </w:r>
      <w:r w:rsidR="001D0158">
        <w:tab/>
      </w:r>
      <w:r>
        <w:t xml:space="preserve">: </w:t>
      </w:r>
      <w:r w:rsidRPr="001D0158">
        <w:rPr>
          <w:highlight w:val="yellow"/>
        </w:rPr>
        <w:t>{{ALAMAT_LENGKAP}}</w:t>
      </w:r>
    </w:p>
    <w:p w14:paraId="691F3347" w14:textId="3F45EAE2" w:rsidR="001D0158" w:rsidRDefault="001D0158" w:rsidP="00EB6434">
      <w:pPr>
        <w:spacing w:after="0"/>
      </w:pPr>
      <w:r>
        <w:t>Telp/HP</w:t>
      </w:r>
      <w:r>
        <w:tab/>
      </w:r>
      <w:r>
        <w:tab/>
        <w:t xml:space="preserve">: </w:t>
      </w:r>
      <w:r w:rsidRPr="001D0158">
        <w:rPr>
          <w:highlight w:val="yellow"/>
        </w:rPr>
        <w:t>{{TELP/HP}}</w:t>
      </w:r>
    </w:p>
    <w:p w14:paraId="130C6B9F" w14:textId="6EBE8349" w:rsidR="00744436" w:rsidRDefault="00000000" w:rsidP="00EB6434">
      <w:pPr>
        <w:spacing w:after="0"/>
        <w:jc w:val="both"/>
      </w:pPr>
      <w:r>
        <w:br/>
        <w:t xml:space="preserve">Dengan ini menyatakan bahwa saya bersedia dan sanggup mematuhi seluruh peraturan dan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 w:rsidR="001D0158">
        <w:t>Poltekkes</w:t>
      </w:r>
      <w:proofErr w:type="spellEnd"/>
      <w:r w:rsidR="001D0158">
        <w:t xml:space="preserve"> </w:t>
      </w:r>
      <w:proofErr w:type="spellStart"/>
      <w:r w:rsidR="001D0158">
        <w:t>Kemenkes</w:t>
      </w:r>
      <w:proofErr w:type="spellEnd"/>
      <w:r w:rsidR="001D0158">
        <w:t xml:space="preserve"> Kalimantan Timur</w:t>
      </w:r>
      <w:r>
        <w:t>.</w:t>
      </w:r>
      <w:r w:rsidR="00EB6434">
        <w:t xml:space="preserve"> </w:t>
      </w:r>
      <w:proofErr w:type="spellStart"/>
      <w:r>
        <w:t>Apabila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peraturan tersebut, saya bersedia menerima sanksi sesuai ketentuan yang berlaku.</w:t>
      </w:r>
    </w:p>
    <w:p w14:paraId="5E897AB1" w14:textId="77777777" w:rsidR="00744436" w:rsidRDefault="00000000" w:rsidP="00EB6434">
      <w:pPr>
        <w:spacing w:after="0"/>
      </w:pPr>
      <w:r>
        <w:br/>
        <w:t>Demikian surat pernyataan ini saya buat dengan sebenarnya tanpa ada paksaan dari pihak manapun dan untuk dipergunakan sebagaimana mestinya.</w:t>
      </w:r>
    </w:p>
    <w:p w14:paraId="5B34C086" w14:textId="77777777" w:rsidR="00744436" w:rsidRDefault="00000000" w:rsidP="00EB6434">
      <w:pPr>
        <w:spacing w:after="0"/>
        <w:ind w:left="5040"/>
      </w:pPr>
      <w:r>
        <w:br/>
      </w:r>
      <w:r>
        <w:br/>
      </w:r>
      <w:r w:rsidRPr="001D0158">
        <w:rPr>
          <w:highlight w:val="yellow"/>
        </w:rPr>
        <w:t>{{KOTA}}, {{TANGGAL_SURAT}}</w:t>
      </w:r>
    </w:p>
    <w:p w14:paraId="11CAC7EC" w14:textId="77777777" w:rsidR="00744436" w:rsidRDefault="00000000" w:rsidP="00EB6434">
      <w:pPr>
        <w:spacing w:after="0"/>
        <w:ind w:left="5040"/>
      </w:pPr>
      <w:r>
        <w:t>Yang membuat pernyataan,</w:t>
      </w:r>
    </w:p>
    <w:p w14:paraId="2B646A26" w14:textId="77777777" w:rsidR="00744436" w:rsidRDefault="00000000" w:rsidP="00EB6434">
      <w:pPr>
        <w:spacing w:after="0"/>
        <w:ind w:left="5040"/>
      </w:pPr>
      <w:r>
        <w:br/>
      </w:r>
      <w:r>
        <w:br/>
      </w:r>
      <w:r>
        <w:br/>
      </w:r>
      <w:r w:rsidRPr="001D0158">
        <w:rPr>
          <w:highlight w:val="yellow"/>
        </w:rPr>
        <w:t>{{NAMA_LENGKAP}}</w:t>
      </w:r>
    </w:p>
    <w:sectPr w:rsidR="00744436" w:rsidSect="00EB6434">
      <w:headerReference w:type="default" r:id="rId8"/>
      <w:pgSz w:w="12240" w:h="15840"/>
      <w:pgMar w:top="2552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5364" w14:textId="77777777" w:rsidR="00E91684" w:rsidRDefault="00E91684" w:rsidP="001D0158">
      <w:pPr>
        <w:spacing w:after="0" w:line="240" w:lineRule="auto"/>
      </w:pPr>
      <w:r>
        <w:separator/>
      </w:r>
    </w:p>
  </w:endnote>
  <w:endnote w:type="continuationSeparator" w:id="0">
    <w:p w14:paraId="619ED72C" w14:textId="77777777" w:rsidR="00E91684" w:rsidRDefault="00E91684" w:rsidP="001D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F5965" w14:textId="77777777" w:rsidR="00E91684" w:rsidRDefault="00E91684" w:rsidP="001D0158">
      <w:pPr>
        <w:spacing w:after="0" w:line="240" w:lineRule="auto"/>
      </w:pPr>
      <w:r>
        <w:separator/>
      </w:r>
    </w:p>
  </w:footnote>
  <w:footnote w:type="continuationSeparator" w:id="0">
    <w:p w14:paraId="536B388F" w14:textId="77777777" w:rsidR="00E91684" w:rsidRDefault="00E91684" w:rsidP="001D0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6384" w14:textId="5DD57B98" w:rsidR="001D0158" w:rsidRDefault="001D015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F36616" wp14:editId="4A8E5D2B">
          <wp:simplePos x="0" y="0"/>
          <wp:positionH relativeFrom="page">
            <wp:posOffset>438150</wp:posOffset>
          </wp:positionH>
          <wp:positionV relativeFrom="paragraph">
            <wp:posOffset>-698500</wp:posOffset>
          </wp:positionV>
          <wp:extent cx="6886575" cy="2051685"/>
          <wp:effectExtent l="0" t="0" r="0" b="0"/>
          <wp:wrapNone/>
          <wp:docPr id="769328651" name="Picture 7693286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362" b="81328"/>
                  <a:stretch/>
                </pic:blipFill>
                <pic:spPr bwMode="auto">
                  <a:xfrm>
                    <a:off x="0" y="0"/>
                    <a:ext cx="6886575" cy="2051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170583">
    <w:abstractNumId w:val="8"/>
  </w:num>
  <w:num w:numId="2" w16cid:durableId="1016077819">
    <w:abstractNumId w:val="6"/>
  </w:num>
  <w:num w:numId="3" w16cid:durableId="1559442209">
    <w:abstractNumId w:val="5"/>
  </w:num>
  <w:num w:numId="4" w16cid:durableId="234586062">
    <w:abstractNumId w:val="4"/>
  </w:num>
  <w:num w:numId="5" w16cid:durableId="1236550947">
    <w:abstractNumId w:val="7"/>
  </w:num>
  <w:num w:numId="6" w16cid:durableId="1715305368">
    <w:abstractNumId w:val="3"/>
  </w:num>
  <w:num w:numId="7" w16cid:durableId="67925100">
    <w:abstractNumId w:val="2"/>
  </w:num>
  <w:num w:numId="8" w16cid:durableId="1403523219">
    <w:abstractNumId w:val="1"/>
  </w:num>
  <w:num w:numId="9" w16cid:durableId="41235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158"/>
    <w:rsid w:val="0029639D"/>
    <w:rsid w:val="00326F90"/>
    <w:rsid w:val="00744436"/>
    <w:rsid w:val="00AA1D8D"/>
    <w:rsid w:val="00B47730"/>
    <w:rsid w:val="00CB0664"/>
    <w:rsid w:val="00DD0614"/>
    <w:rsid w:val="00E91684"/>
    <w:rsid w:val="00EB6434"/>
    <w:rsid w:val="00FC693F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F9CB90"/>
  <w14:defaultImageDpi w14:val="300"/>
  <w15:docId w15:val="{D37374FE-4799-43D8-8F4B-1DBC3FEF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MyPC PRO</cp:lastModifiedBy>
  <cp:revision>3</cp:revision>
  <dcterms:created xsi:type="dcterms:W3CDTF">2013-12-23T23:15:00Z</dcterms:created>
  <dcterms:modified xsi:type="dcterms:W3CDTF">2026-02-19T05:29:00Z</dcterms:modified>
  <cp:category/>
</cp:coreProperties>
</file>