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637B8" w14:textId="77777777" w:rsidR="00AE5531" w:rsidRDefault="00000000" w:rsidP="00AE5531">
      <w:pPr>
        <w:spacing w:after="0"/>
        <w:jc w:val="center"/>
        <w:rPr>
          <w:b/>
        </w:rPr>
      </w:pPr>
      <w:r>
        <w:rPr>
          <w:b/>
        </w:rPr>
        <w:t xml:space="preserve">SURAT PERNYATAAN </w:t>
      </w:r>
    </w:p>
    <w:p w14:paraId="041FE5D3" w14:textId="129DE37F" w:rsidR="005D784F" w:rsidRDefault="00AE5531" w:rsidP="00AE5531">
      <w:pPr>
        <w:spacing w:after="0"/>
        <w:jc w:val="center"/>
      </w:pPr>
      <w:r>
        <w:rPr>
          <w:b/>
        </w:rPr>
        <w:t>PERSETUJUAN MENGIKUTI PENDIDIKAN DARI PIMPINAN UNIT KERJA</w:t>
      </w:r>
    </w:p>
    <w:p w14:paraId="56C09077" w14:textId="77777777" w:rsidR="005D784F" w:rsidRDefault="005D784F"/>
    <w:p w14:paraId="347303A4" w14:textId="77777777" w:rsidR="005D784F" w:rsidRDefault="00000000" w:rsidP="00AE5531">
      <w:pPr>
        <w:spacing w:after="0"/>
      </w:pPr>
      <w:r>
        <w:t>Yang bertanda tangan di bawah ini:</w:t>
      </w:r>
    </w:p>
    <w:p w14:paraId="3B5F7F53" w14:textId="21481D8D" w:rsidR="005D784F" w:rsidRDefault="00000000" w:rsidP="00AE5531">
      <w:pPr>
        <w:spacing w:after="0"/>
      </w:pPr>
      <w:r>
        <w:t xml:space="preserve">Nama               </w:t>
      </w:r>
      <w:r w:rsidR="00AE5531">
        <w:tab/>
      </w:r>
      <w:r w:rsidR="00AE5531">
        <w:tab/>
      </w:r>
      <w:r>
        <w:t xml:space="preserve">: </w:t>
      </w:r>
      <w:r w:rsidRPr="00AE5531">
        <w:rPr>
          <w:highlight w:val="yellow"/>
        </w:rPr>
        <w:t>{{NAMA_LENGKAP</w:t>
      </w:r>
      <w:r w:rsidR="00AE5531">
        <w:rPr>
          <w:highlight w:val="yellow"/>
        </w:rPr>
        <w:t>_PIMPINAN</w:t>
      </w:r>
      <w:r w:rsidRPr="00AE5531">
        <w:rPr>
          <w:highlight w:val="yellow"/>
        </w:rPr>
        <w:t>}}</w:t>
      </w:r>
    </w:p>
    <w:p w14:paraId="59A45756" w14:textId="23F0361D" w:rsidR="005D784F" w:rsidRDefault="00000000" w:rsidP="00AE5531">
      <w:pPr>
        <w:spacing w:after="0"/>
      </w:pPr>
      <w:r>
        <w:t>NIP</w:t>
      </w:r>
      <w:r w:rsidR="00AE5531">
        <w:tab/>
      </w:r>
      <w:r w:rsidR="00AE5531">
        <w:tab/>
      </w:r>
      <w:r w:rsidR="00AE5531">
        <w:tab/>
      </w:r>
      <w:r>
        <w:t xml:space="preserve">: </w:t>
      </w:r>
      <w:r w:rsidRPr="00AE5531">
        <w:rPr>
          <w:highlight w:val="yellow"/>
        </w:rPr>
        <w:t>{{NIP}}</w:t>
      </w:r>
    </w:p>
    <w:p w14:paraId="10B76353" w14:textId="4BF94DE4" w:rsidR="005D784F" w:rsidRDefault="00000000" w:rsidP="00AE5531">
      <w:pPr>
        <w:spacing w:after="0"/>
      </w:pPr>
      <w:r>
        <w:t xml:space="preserve">Pangkat/Golongan    </w:t>
      </w:r>
      <w:r w:rsidR="00AE5531">
        <w:tab/>
      </w:r>
      <w:r>
        <w:t xml:space="preserve">: </w:t>
      </w:r>
      <w:r w:rsidRPr="00AE5531">
        <w:rPr>
          <w:highlight w:val="yellow"/>
        </w:rPr>
        <w:t>{{PANGKAT_GOLONGAN}}</w:t>
      </w:r>
    </w:p>
    <w:p w14:paraId="666A1BE6" w14:textId="3842DD7D" w:rsidR="005D784F" w:rsidRDefault="00000000" w:rsidP="00AE5531">
      <w:pPr>
        <w:spacing w:after="0"/>
      </w:pPr>
      <w:r>
        <w:t xml:space="preserve">Jabatan             </w:t>
      </w:r>
      <w:r w:rsidR="00AE5531">
        <w:tab/>
      </w:r>
      <w:r w:rsidR="00AE5531">
        <w:tab/>
      </w:r>
      <w:r>
        <w:t xml:space="preserve">: </w:t>
      </w:r>
      <w:r w:rsidRPr="00AE5531">
        <w:rPr>
          <w:highlight w:val="yellow"/>
        </w:rPr>
        <w:t>{{JABATAN}}</w:t>
      </w:r>
    </w:p>
    <w:p w14:paraId="6A985A6C" w14:textId="14523C67" w:rsidR="005D784F" w:rsidRDefault="00000000" w:rsidP="00AE5531">
      <w:pPr>
        <w:spacing w:after="0"/>
      </w:pPr>
      <w:proofErr w:type="spellStart"/>
      <w:r>
        <w:t>Instansi</w:t>
      </w:r>
      <w:proofErr w:type="spellEnd"/>
      <w:r>
        <w:t xml:space="preserve">            </w:t>
      </w:r>
      <w:r w:rsidR="00AE5531">
        <w:tab/>
      </w:r>
      <w:r w:rsidR="00AE5531">
        <w:tab/>
      </w:r>
      <w:r>
        <w:t xml:space="preserve">: </w:t>
      </w:r>
      <w:r w:rsidRPr="00AE5531">
        <w:rPr>
          <w:highlight w:val="yellow"/>
        </w:rPr>
        <w:t>{{INSTANSI}}</w:t>
      </w:r>
    </w:p>
    <w:p w14:paraId="664818CB" w14:textId="490C63E3" w:rsidR="00AE5531" w:rsidRDefault="00AE5531" w:rsidP="00AE5531">
      <w:pPr>
        <w:spacing w:after="0"/>
      </w:pPr>
      <w:r>
        <w:t xml:space="preserve">Alamat </w:t>
      </w:r>
      <w:proofErr w:type="spellStart"/>
      <w:r>
        <w:t>Instansi</w:t>
      </w:r>
      <w:proofErr w:type="spellEnd"/>
      <w:r>
        <w:tab/>
        <w:t xml:space="preserve">: </w:t>
      </w:r>
      <w:r w:rsidRPr="00AE5531">
        <w:rPr>
          <w:highlight w:val="yellow"/>
        </w:rPr>
        <w:t>{{ALAMAT_</w:t>
      </w:r>
      <w:proofErr w:type="gramStart"/>
      <w:r w:rsidRPr="00AE5531">
        <w:rPr>
          <w:highlight w:val="yellow"/>
        </w:rPr>
        <w:t>INSTANSI }</w:t>
      </w:r>
      <w:proofErr w:type="gramEnd"/>
      <w:r w:rsidRPr="00AE5531">
        <w:rPr>
          <w:highlight w:val="yellow"/>
        </w:rPr>
        <w:t>}</w:t>
      </w:r>
    </w:p>
    <w:p w14:paraId="71D1DC30" w14:textId="35CC8D43" w:rsidR="005D784F" w:rsidRDefault="00000000" w:rsidP="00AE5531">
      <w:pPr>
        <w:spacing w:after="0"/>
      </w:pPr>
      <w:r>
        <w:br/>
      </w:r>
      <w:proofErr w:type="spellStart"/>
      <w:r w:rsidR="00AE5531" w:rsidRPr="00AE5531">
        <w:t>Dengan</w:t>
      </w:r>
      <w:proofErr w:type="spellEnd"/>
      <w:r w:rsidR="00AE5531" w:rsidRPr="00AE5531">
        <w:t xml:space="preserve"> </w:t>
      </w:r>
      <w:proofErr w:type="spellStart"/>
      <w:r w:rsidR="00AE5531" w:rsidRPr="00AE5531">
        <w:t>ini</w:t>
      </w:r>
      <w:proofErr w:type="spellEnd"/>
      <w:r w:rsidR="00AE5531" w:rsidRPr="00AE5531">
        <w:t xml:space="preserve"> </w:t>
      </w:r>
      <w:proofErr w:type="spellStart"/>
      <w:r w:rsidR="00AE5531" w:rsidRPr="00AE5531">
        <w:t>menyatakan</w:t>
      </w:r>
      <w:proofErr w:type="spellEnd"/>
      <w:r w:rsidR="00AE5531" w:rsidRPr="00AE5531">
        <w:t xml:space="preserve"> </w:t>
      </w:r>
      <w:proofErr w:type="spellStart"/>
      <w:r w:rsidR="00AE5531" w:rsidRPr="00AE5531">
        <w:rPr>
          <w:b/>
          <w:bCs/>
        </w:rPr>
        <w:t>memberikan</w:t>
      </w:r>
      <w:proofErr w:type="spellEnd"/>
      <w:r w:rsidR="00AE5531" w:rsidRPr="00AE5531">
        <w:rPr>
          <w:b/>
          <w:bCs/>
        </w:rPr>
        <w:t xml:space="preserve"> </w:t>
      </w:r>
      <w:proofErr w:type="spellStart"/>
      <w:r w:rsidR="00AE5531" w:rsidRPr="00AE5531">
        <w:rPr>
          <w:b/>
          <w:bCs/>
        </w:rPr>
        <w:t>persetujuan</w:t>
      </w:r>
      <w:proofErr w:type="spellEnd"/>
      <w:r w:rsidR="00AE5531" w:rsidRPr="00AE5531">
        <w:t xml:space="preserve"> kepada</w:t>
      </w:r>
      <w:r>
        <w:t>:</w:t>
      </w:r>
    </w:p>
    <w:p w14:paraId="70CFB402" w14:textId="77777777" w:rsidR="00AE5531" w:rsidRDefault="00AE5531" w:rsidP="00AE5531">
      <w:pPr>
        <w:spacing w:after="0"/>
      </w:pPr>
      <w:r>
        <w:t xml:space="preserve">Nama                </w:t>
      </w:r>
      <w:r>
        <w:tab/>
      </w:r>
      <w:r>
        <w:tab/>
        <w:t xml:space="preserve">: </w:t>
      </w:r>
      <w:r w:rsidRPr="004A424F">
        <w:rPr>
          <w:highlight w:val="yellow"/>
        </w:rPr>
        <w:t>{{NAMA_LENGKAP}}</w:t>
      </w:r>
    </w:p>
    <w:p w14:paraId="6B39A563" w14:textId="77777777" w:rsidR="00AE5531" w:rsidRDefault="00AE5531" w:rsidP="00AE5531">
      <w:pPr>
        <w:spacing w:after="0"/>
      </w:pPr>
      <w:r>
        <w:t xml:space="preserve">NIK                </w:t>
      </w:r>
      <w:r>
        <w:tab/>
      </w:r>
      <w:r>
        <w:tab/>
        <w:t xml:space="preserve">: </w:t>
      </w:r>
      <w:r w:rsidRPr="004A424F">
        <w:rPr>
          <w:highlight w:val="yellow"/>
        </w:rPr>
        <w:t>{{NIK}}</w:t>
      </w:r>
    </w:p>
    <w:p w14:paraId="1D8AC020" w14:textId="77777777" w:rsidR="00AE5531" w:rsidRDefault="00AE5531" w:rsidP="00AE5531">
      <w:pPr>
        <w:spacing w:after="0"/>
      </w:pPr>
      <w:proofErr w:type="spellStart"/>
      <w:r>
        <w:t>Jabatan</w:t>
      </w:r>
      <w:proofErr w:type="spellEnd"/>
      <w:r>
        <w:tab/>
      </w:r>
      <w:r>
        <w:tab/>
      </w:r>
      <w:r>
        <w:tab/>
        <w:t xml:space="preserve">: </w:t>
      </w:r>
      <w:r w:rsidRPr="004A424F">
        <w:rPr>
          <w:highlight w:val="yellow"/>
        </w:rPr>
        <w:t>{{</w:t>
      </w:r>
      <w:r>
        <w:rPr>
          <w:highlight w:val="yellow"/>
        </w:rPr>
        <w:t>JABATAN</w:t>
      </w:r>
      <w:r w:rsidRPr="004A424F">
        <w:rPr>
          <w:highlight w:val="yellow"/>
        </w:rPr>
        <w:t>}}</w:t>
      </w:r>
    </w:p>
    <w:p w14:paraId="6EF95A86" w14:textId="3B9E14AF" w:rsidR="00AE5531" w:rsidRDefault="00AE5531" w:rsidP="00AE5531">
      <w:pPr>
        <w:spacing w:after="0"/>
      </w:pPr>
      <w:r>
        <w:t xml:space="preserve">Unit </w:t>
      </w:r>
      <w:proofErr w:type="spellStart"/>
      <w:r>
        <w:t>Kerja</w:t>
      </w:r>
      <w:proofErr w:type="spellEnd"/>
      <w:r>
        <w:tab/>
      </w:r>
      <w:r>
        <w:tab/>
      </w:r>
      <w:proofErr w:type="gramStart"/>
      <w:r>
        <w:t xml:space="preserve">: </w:t>
      </w:r>
      <w:r w:rsidRPr="004A424F">
        <w:rPr>
          <w:highlight w:val="yellow"/>
        </w:rPr>
        <w:t xml:space="preserve"> {</w:t>
      </w:r>
      <w:proofErr w:type="gramEnd"/>
      <w:r>
        <w:rPr>
          <w:highlight w:val="yellow"/>
        </w:rPr>
        <w:t>UNIT KERJA</w:t>
      </w:r>
      <w:r w:rsidRPr="004A424F">
        <w:rPr>
          <w:highlight w:val="yellow"/>
        </w:rPr>
        <w:t>}}</w:t>
      </w:r>
    </w:p>
    <w:p w14:paraId="6F12AAC8" w14:textId="77777777" w:rsidR="00AE5531" w:rsidRDefault="00AE5531" w:rsidP="00AE5531">
      <w:pPr>
        <w:spacing w:after="0"/>
      </w:pPr>
      <w:proofErr w:type="spellStart"/>
      <w:r>
        <w:t>Tempat</w:t>
      </w:r>
      <w:proofErr w:type="spellEnd"/>
      <w:r>
        <w:t>/</w:t>
      </w:r>
      <w:proofErr w:type="spellStart"/>
      <w:r>
        <w:t>Tgl</w:t>
      </w:r>
      <w:proofErr w:type="spellEnd"/>
      <w:r>
        <w:t xml:space="preserve"> Lahir    </w:t>
      </w:r>
      <w:r>
        <w:tab/>
        <w:t xml:space="preserve">: </w:t>
      </w:r>
      <w:r w:rsidRPr="004A424F">
        <w:rPr>
          <w:highlight w:val="yellow"/>
        </w:rPr>
        <w:t>{{TEMPAT_TGL_LAHIR}}</w:t>
      </w:r>
    </w:p>
    <w:p w14:paraId="3A2EAE45" w14:textId="77777777" w:rsidR="00AE5531" w:rsidRDefault="00AE5531" w:rsidP="00AE5531">
      <w:pPr>
        <w:spacing w:after="0"/>
      </w:pPr>
      <w:proofErr w:type="spellStart"/>
      <w:r>
        <w:t>Pekerjaan</w:t>
      </w:r>
      <w:proofErr w:type="spellEnd"/>
      <w:r>
        <w:t xml:space="preserve">           </w:t>
      </w:r>
      <w:r>
        <w:tab/>
        <w:t xml:space="preserve">: </w:t>
      </w:r>
      <w:r w:rsidRPr="004A424F">
        <w:rPr>
          <w:highlight w:val="yellow"/>
        </w:rPr>
        <w:t>{{PEKERJAAN}}</w:t>
      </w:r>
    </w:p>
    <w:p w14:paraId="2BE07166" w14:textId="77777777" w:rsidR="00AE5531" w:rsidRDefault="00AE5531" w:rsidP="00AE5531">
      <w:pPr>
        <w:spacing w:after="0"/>
      </w:pPr>
      <w:r>
        <w:t xml:space="preserve">Alamat              </w:t>
      </w:r>
      <w:r>
        <w:tab/>
      </w:r>
      <w:r>
        <w:tab/>
        <w:t xml:space="preserve">: </w:t>
      </w:r>
      <w:r w:rsidRPr="004A424F">
        <w:rPr>
          <w:highlight w:val="yellow"/>
        </w:rPr>
        <w:t>{{ALAMAT_LENGKAP}}</w:t>
      </w:r>
    </w:p>
    <w:p w14:paraId="3C619E3E" w14:textId="22D6D0C9" w:rsidR="005D784F" w:rsidRDefault="00AE5531" w:rsidP="00AE5531">
      <w:pPr>
        <w:spacing w:after="0"/>
        <w:jc w:val="both"/>
      </w:pPr>
      <w:r>
        <w:br/>
      </w:r>
      <w:proofErr w:type="spellStart"/>
      <w:r>
        <w:t>Untuk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 pada program </w:t>
      </w:r>
      <w:proofErr w:type="spellStart"/>
      <w:r>
        <w:t>studi</w:t>
      </w:r>
      <w:proofErr w:type="spellEnd"/>
      <w:r>
        <w:t xml:space="preserve"> </w:t>
      </w:r>
      <w:bookmarkStart w:id="0" w:name="_Hlk222400130"/>
      <w:r w:rsidRPr="004A424F">
        <w:rPr>
          <w:highlight w:val="yellow"/>
        </w:rPr>
        <w:t>{{</w:t>
      </w:r>
      <w:r>
        <w:rPr>
          <w:highlight w:val="yellow"/>
        </w:rPr>
        <w:t>PROGRAM_STUDI</w:t>
      </w:r>
      <w:r w:rsidRPr="004A424F">
        <w:rPr>
          <w:highlight w:val="yellow"/>
        </w:rPr>
        <w:t>}}</w:t>
      </w:r>
      <w:bookmarkEnd w:id="0"/>
      <w:r>
        <w:t xml:space="preserve"> di </w:t>
      </w:r>
      <w:proofErr w:type="spellStart"/>
      <w:r>
        <w:t>Poltekkes</w:t>
      </w:r>
      <w:proofErr w:type="spellEnd"/>
      <w:r>
        <w:t xml:space="preserve"> </w:t>
      </w:r>
      <w:proofErr w:type="spellStart"/>
      <w:r>
        <w:t>Kemenkes</w:t>
      </w:r>
      <w:proofErr w:type="spellEnd"/>
      <w:r>
        <w:t xml:space="preserve"> Kalimantan Timur </w:t>
      </w:r>
      <w:proofErr w:type="spellStart"/>
      <w:r>
        <w:t>dengan</w:t>
      </w:r>
      <w:proofErr w:type="spellEnd"/>
      <w:r>
        <w:t xml:space="preserve"> </w:t>
      </w:r>
      <w:proofErr w:type="spellStart"/>
      <w:r w:rsidRPr="00AE5531">
        <w:t>ketentuan</w:t>
      </w:r>
      <w:proofErr w:type="spellEnd"/>
      <w:r w:rsidRPr="00AE5531">
        <w:t xml:space="preserve"> </w:t>
      </w:r>
      <w:proofErr w:type="spellStart"/>
      <w:r w:rsidRPr="00AE5531">
        <w:t>bahwa</w:t>
      </w:r>
      <w:proofErr w:type="spellEnd"/>
      <w:r w:rsidRPr="00AE5531">
        <w:t xml:space="preserve"> yang </w:t>
      </w:r>
      <w:proofErr w:type="spellStart"/>
      <w:r w:rsidRPr="00AE5531">
        <w:t>bersangkutan</w:t>
      </w:r>
      <w:proofErr w:type="spellEnd"/>
      <w:r w:rsidRPr="00AE5531">
        <w:t xml:space="preserve"> </w:t>
      </w:r>
      <w:proofErr w:type="spellStart"/>
      <w:r w:rsidRPr="00AE5531">
        <w:t>tetap</w:t>
      </w:r>
      <w:proofErr w:type="spellEnd"/>
      <w:r w:rsidRPr="00AE5531">
        <w:t xml:space="preserve"> </w:t>
      </w:r>
      <w:proofErr w:type="spellStart"/>
      <w:r w:rsidRPr="00AE5531">
        <w:t>melaksanakan</w:t>
      </w:r>
      <w:proofErr w:type="spellEnd"/>
      <w:r w:rsidRPr="00AE5531">
        <w:t xml:space="preserve"> </w:t>
      </w:r>
      <w:proofErr w:type="spellStart"/>
      <w:r w:rsidRPr="00AE5531">
        <w:t>tugas</w:t>
      </w:r>
      <w:proofErr w:type="spellEnd"/>
      <w:r w:rsidRPr="00AE5531">
        <w:t xml:space="preserve"> dan </w:t>
      </w:r>
      <w:proofErr w:type="spellStart"/>
      <w:r w:rsidRPr="00AE5531">
        <w:t>tanggung</w:t>
      </w:r>
      <w:proofErr w:type="spellEnd"/>
      <w:r w:rsidRPr="00AE5531">
        <w:t xml:space="preserve"> </w:t>
      </w:r>
      <w:proofErr w:type="spellStart"/>
      <w:r w:rsidRPr="00AE5531">
        <w:t>jawabnya</w:t>
      </w:r>
      <w:proofErr w:type="spellEnd"/>
      <w:r w:rsidRPr="00AE5531">
        <w:t xml:space="preserve"> </w:t>
      </w:r>
      <w:proofErr w:type="spellStart"/>
      <w:r w:rsidRPr="00AE5531">
        <w:t>sesuai</w:t>
      </w:r>
      <w:proofErr w:type="spellEnd"/>
      <w:r w:rsidRPr="00AE5531">
        <w:t xml:space="preserve"> </w:t>
      </w:r>
      <w:proofErr w:type="spellStart"/>
      <w:r w:rsidRPr="00AE5531">
        <w:t>ketentuan</w:t>
      </w:r>
      <w:proofErr w:type="spellEnd"/>
      <w:r w:rsidRPr="00AE5531">
        <w:t xml:space="preserve"> yang </w:t>
      </w:r>
      <w:proofErr w:type="spellStart"/>
      <w:r w:rsidRPr="00AE5531">
        <w:t>berlaku</w:t>
      </w:r>
      <w:proofErr w:type="spellEnd"/>
      <w:r w:rsidRPr="00AE5531">
        <w:t xml:space="preserve"> di unit </w:t>
      </w:r>
      <w:proofErr w:type="spellStart"/>
      <w:r w:rsidRPr="00AE5531">
        <w:t>kerja</w:t>
      </w:r>
      <w:proofErr w:type="spellEnd"/>
      <w:r w:rsidRPr="00AE5531">
        <w:t xml:space="preserve">, </w:t>
      </w:r>
      <w:proofErr w:type="spellStart"/>
      <w:r w:rsidRPr="00AE5531">
        <w:t>serta</w:t>
      </w:r>
      <w:proofErr w:type="spellEnd"/>
      <w:r w:rsidRPr="00AE5531">
        <w:t xml:space="preserve"> </w:t>
      </w:r>
      <w:proofErr w:type="spellStart"/>
      <w:r w:rsidRPr="00AE5531">
        <w:t>mematuhi</w:t>
      </w:r>
      <w:proofErr w:type="spellEnd"/>
      <w:r w:rsidRPr="00AE5531">
        <w:t xml:space="preserve"> </w:t>
      </w:r>
      <w:proofErr w:type="spellStart"/>
      <w:r w:rsidRPr="00AE5531">
        <w:t>seluruh</w:t>
      </w:r>
      <w:proofErr w:type="spellEnd"/>
      <w:r w:rsidRPr="00AE5531">
        <w:t xml:space="preserve"> </w:t>
      </w:r>
      <w:proofErr w:type="spellStart"/>
      <w:r w:rsidRPr="00AE5531">
        <w:t>peraturan</w:t>
      </w:r>
      <w:proofErr w:type="spellEnd"/>
      <w:r w:rsidRPr="00AE5531">
        <w:t xml:space="preserve"> yang </w:t>
      </w:r>
      <w:proofErr w:type="spellStart"/>
      <w:r w:rsidRPr="00AE5531">
        <w:t>berlaku</w:t>
      </w:r>
      <w:proofErr w:type="spellEnd"/>
      <w:r w:rsidRPr="00AE5531">
        <w:t xml:space="preserve"> </w:t>
      </w:r>
      <w:proofErr w:type="spellStart"/>
      <w:r w:rsidRPr="00AE5531">
        <w:t>selama</w:t>
      </w:r>
      <w:proofErr w:type="spellEnd"/>
      <w:r w:rsidRPr="00AE5531">
        <w:t xml:space="preserve"> </w:t>
      </w:r>
      <w:proofErr w:type="spellStart"/>
      <w:r w:rsidRPr="00AE5531">
        <w:t>mengikuti</w:t>
      </w:r>
      <w:proofErr w:type="spellEnd"/>
      <w:r w:rsidRPr="00AE5531">
        <w:t xml:space="preserve"> </w:t>
      </w:r>
      <w:proofErr w:type="spellStart"/>
      <w:r w:rsidRPr="00AE5531">
        <w:t>pendidikan</w:t>
      </w:r>
      <w:proofErr w:type="spellEnd"/>
      <w:r>
        <w:t>.</w:t>
      </w:r>
    </w:p>
    <w:p w14:paraId="08008160" w14:textId="77777777" w:rsidR="005D784F" w:rsidRDefault="00000000" w:rsidP="00AE5531">
      <w:pPr>
        <w:spacing w:after="0"/>
        <w:jc w:val="both"/>
      </w:pPr>
      <w:r>
        <w:br/>
        <w:t>Demikian surat pernyataan ini dibuat dengan sebenarnya dan penuh tanggung jawab.</w:t>
      </w:r>
    </w:p>
    <w:p w14:paraId="166FF2FB" w14:textId="77777777" w:rsidR="005D784F" w:rsidRPr="00AE5531" w:rsidRDefault="00000000" w:rsidP="00AE5531">
      <w:pPr>
        <w:spacing w:after="0"/>
        <w:ind w:left="5040"/>
      </w:pPr>
      <w:r>
        <w:br/>
      </w:r>
      <w:r>
        <w:br/>
      </w:r>
      <w:r w:rsidRPr="00AE5531">
        <w:rPr>
          <w:highlight w:val="yellow"/>
        </w:rPr>
        <w:t>{{KOTA}}, {{TANGGAL_SURAT}}</w:t>
      </w:r>
    </w:p>
    <w:p w14:paraId="5FC93603" w14:textId="77777777" w:rsidR="005D784F" w:rsidRDefault="00000000" w:rsidP="00AE5531">
      <w:pPr>
        <w:spacing w:after="0"/>
        <w:ind w:left="5040"/>
      </w:pPr>
      <w:r>
        <w:t>Yang membuat pernyataan,</w:t>
      </w:r>
    </w:p>
    <w:p w14:paraId="4529FF16" w14:textId="5ED4F7A4" w:rsidR="005D784F" w:rsidRDefault="00000000" w:rsidP="00AE5531">
      <w:pPr>
        <w:spacing w:after="0"/>
        <w:ind w:left="5040"/>
      </w:pPr>
      <w:r>
        <w:br/>
      </w:r>
      <w:r w:rsidR="00846AFA">
        <w:t>(</w:t>
      </w:r>
      <w:proofErr w:type="spellStart"/>
      <w:r w:rsidR="00846AFA">
        <w:t>ttd</w:t>
      </w:r>
      <w:proofErr w:type="spellEnd"/>
      <w:r w:rsidR="00846AFA">
        <w:t xml:space="preserve"> &amp; </w:t>
      </w:r>
      <w:proofErr w:type="spellStart"/>
      <w:r w:rsidR="00846AFA">
        <w:t>stempel</w:t>
      </w:r>
      <w:proofErr w:type="spellEnd"/>
      <w:r w:rsidR="00846AFA">
        <w:t>)</w:t>
      </w:r>
      <w:r>
        <w:br/>
      </w:r>
      <w:r>
        <w:br/>
      </w:r>
      <w:r w:rsidRPr="00AE5531">
        <w:rPr>
          <w:highlight w:val="yellow"/>
        </w:rPr>
        <w:t>{{NAMA_LENGKAP}}</w:t>
      </w:r>
    </w:p>
    <w:p w14:paraId="772BBB57" w14:textId="3494EC8E" w:rsidR="005D784F" w:rsidRDefault="00000000" w:rsidP="00AE5531">
      <w:pPr>
        <w:spacing w:after="0"/>
        <w:ind w:left="5040"/>
      </w:pPr>
      <w:r>
        <w:t xml:space="preserve">NIP. </w:t>
      </w:r>
      <w:r w:rsidRPr="00AE5531">
        <w:rPr>
          <w:highlight w:val="yellow"/>
        </w:rPr>
        <w:t>{{</w:t>
      </w:r>
      <w:proofErr w:type="gramStart"/>
      <w:r w:rsidRPr="00AE5531">
        <w:rPr>
          <w:highlight w:val="yellow"/>
        </w:rPr>
        <w:t>NIP</w:t>
      </w:r>
      <w:r w:rsidR="00AE5531" w:rsidRPr="00AE5531">
        <w:rPr>
          <w:highlight w:val="yellow"/>
        </w:rPr>
        <w:t xml:space="preserve"> </w:t>
      </w:r>
      <w:r w:rsidRPr="00AE5531">
        <w:rPr>
          <w:highlight w:val="yellow"/>
        </w:rPr>
        <w:t>}</w:t>
      </w:r>
      <w:proofErr w:type="gramEnd"/>
      <w:r w:rsidRPr="00AE5531">
        <w:rPr>
          <w:highlight w:val="yellow"/>
        </w:rPr>
        <w:t>}</w:t>
      </w:r>
    </w:p>
    <w:sectPr w:rsidR="005D784F" w:rsidSect="00AE5531">
      <w:headerReference w:type="default" r:id="rId8"/>
      <w:pgSz w:w="12240" w:h="15840"/>
      <w:pgMar w:top="241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73E8F" w14:textId="77777777" w:rsidR="003818DA" w:rsidRDefault="003818DA" w:rsidP="00AE5531">
      <w:pPr>
        <w:spacing w:after="0" w:line="240" w:lineRule="auto"/>
      </w:pPr>
      <w:r>
        <w:separator/>
      </w:r>
    </w:p>
  </w:endnote>
  <w:endnote w:type="continuationSeparator" w:id="0">
    <w:p w14:paraId="76A04141" w14:textId="77777777" w:rsidR="003818DA" w:rsidRDefault="003818DA" w:rsidP="00AE5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4BA79" w14:textId="77777777" w:rsidR="003818DA" w:rsidRDefault="003818DA" w:rsidP="00AE5531">
      <w:pPr>
        <w:spacing w:after="0" w:line="240" w:lineRule="auto"/>
      </w:pPr>
      <w:r>
        <w:separator/>
      </w:r>
    </w:p>
  </w:footnote>
  <w:footnote w:type="continuationSeparator" w:id="0">
    <w:p w14:paraId="7A6D86F0" w14:textId="77777777" w:rsidR="003818DA" w:rsidRDefault="003818DA" w:rsidP="00AE55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17CFE" w14:textId="4FF16938" w:rsidR="00AE5531" w:rsidRDefault="00AE5531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B5E6D85" wp14:editId="4634D018">
          <wp:simplePos x="0" y="0"/>
          <wp:positionH relativeFrom="page">
            <wp:posOffset>431800</wp:posOffset>
          </wp:positionH>
          <wp:positionV relativeFrom="paragraph">
            <wp:posOffset>-685800</wp:posOffset>
          </wp:positionV>
          <wp:extent cx="6886575" cy="2051685"/>
          <wp:effectExtent l="0" t="0" r="0" b="0"/>
          <wp:wrapNone/>
          <wp:docPr id="304550625" name="Picture 3045506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1362" b="81328"/>
                  <a:stretch/>
                </pic:blipFill>
                <pic:spPr bwMode="auto">
                  <a:xfrm>
                    <a:off x="0" y="0"/>
                    <a:ext cx="6886575" cy="20516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28926287">
    <w:abstractNumId w:val="8"/>
  </w:num>
  <w:num w:numId="2" w16cid:durableId="155147136">
    <w:abstractNumId w:val="6"/>
  </w:num>
  <w:num w:numId="3" w16cid:durableId="746077042">
    <w:abstractNumId w:val="5"/>
  </w:num>
  <w:num w:numId="4" w16cid:durableId="215552702">
    <w:abstractNumId w:val="4"/>
  </w:num>
  <w:num w:numId="5" w16cid:durableId="162748663">
    <w:abstractNumId w:val="7"/>
  </w:num>
  <w:num w:numId="6" w16cid:durableId="1292203406">
    <w:abstractNumId w:val="3"/>
  </w:num>
  <w:num w:numId="7" w16cid:durableId="1711104598">
    <w:abstractNumId w:val="2"/>
  </w:num>
  <w:num w:numId="8" w16cid:durableId="61803366">
    <w:abstractNumId w:val="1"/>
  </w:num>
  <w:num w:numId="9" w16cid:durableId="1709602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818DA"/>
    <w:rsid w:val="005D784F"/>
    <w:rsid w:val="006F24BC"/>
    <w:rsid w:val="00846AFA"/>
    <w:rsid w:val="00A77933"/>
    <w:rsid w:val="00AA1D8D"/>
    <w:rsid w:val="00AE5531"/>
    <w:rsid w:val="00B47730"/>
    <w:rsid w:val="00CB0664"/>
    <w:rsid w:val="00FC693F"/>
    <w:rsid w:val="00FF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765CF5"/>
  <w14:defaultImageDpi w14:val="300"/>
  <w15:docId w15:val="{D37374FE-4799-43D8-8F4B-1DBC3FEF3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MyPC PRO</cp:lastModifiedBy>
  <cp:revision>3</cp:revision>
  <dcterms:created xsi:type="dcterms:W3CDTF">2013-12-23T23:15:00Z</dcterms:created>
  <dcterms:modified xsi:type="dcterms:W3CDTF">2026-02-19T05:29:00Z</dcterms:modified>
  <cp:category/>
</cp:coreProperties>
</file>